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אוכלוסייה במרחב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תפרוסת האוכלוסייה בעולם וגורמיה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תהליכים דמוגרפיים כמו גידול טבעי והזדקנות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מהי הגירה ומה הגורמים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איך האנשים מפוזרים בשטח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יותר משמונה מיליארד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ההפרש בין לידות לפטירות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מעבר בתוך אותה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דברים שמושכים אנשים למקום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דלילים באוכלוסייה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אזורים צפופים מאוד ואזורים כמעט ריקים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תנאים נוחים מאפשרים חקלאות ומחיה 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הזדקנות היא עלייה בחלק המבוגרים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הגירת 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גם הגירה בעקבות כורח, כמו מלחמות או אסונות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תפרוסת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הזדקנות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דחיפה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(פיזור בני האדם בשטח)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(כמה אנשים חיים בשטח נתון)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(מעבר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(דברים שמושכים אנשים למקום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(עלייה בחלק האנשים המבוגרים)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תנאי אקלים נוחים וזמינות מים ומשאבים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הגירת פנים היא בתוך אותה מדינה, הגירת חוץ היא בין מדינות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 מלחמה, אסון טבע או קושי כלכלי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למחשבה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לתשובה אישית המתייחסת לגורמי משיכה כמו עבודה, איכות חיים, קרבה למשפחה וכדומה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פיזור בני האדם בשטח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עבודה, ביטחון, איכות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גידול טבעי - הפרש לידות ופטירות; הזדקנות - עלייה בחלק המבוגרים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מקומות צפופים וריקים שהתלמידים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במפת עולם כדי להמחיש הבדלי צפיפות אוכלוסין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נושא ההגירה לדוגמאות עכשוויות מתוך החדשות בזהירות ובאיזון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אוכלוסייה במרחב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בעולם יש הרבה מאוד אנשים. חלק גרים במקומות צפופים וחלק במקומות ריקים. אנשים לפעמים עוברים לגור במקום אחר. זה נקרא הגירה.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תפרוסת אוכלוסייה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האנשים מפוזרים על פני השטח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צפיפות אוכלוסין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אנשים גרים בשטח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גידול טבעי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ההפרש בין מספר הלידות למספר הפטירות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הזדקנות אוכלוסייה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בחלק האנשים המבוגרים באוכלוסייה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של אנשים ממקום מגורים אחד לאחר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הגירת פנים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בתוך אותה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הגירת חוץ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בין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גורמי דחיפה ומשיכה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סיבות שגורמות לאנשים לעזוב מקום או לעבור אליו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תפרוסת אוכלוסייה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האנשים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האנשים מפוזרים בשטח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גיל האנשים באוכלוסייה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שפת האנשים באוכלוסייה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אנשים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מיליארד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יותר משמונה מיליארד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מיליון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גידול טבעי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העולים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ההפרש בין לידות לפטירות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גודל השטח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המהגרים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הגירת פנים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מעבר בתוך אותה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מעבר דירה זמני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גורמי משיכה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סיבות שגורמות לעזוב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דברים שמושכים אנשים למקום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מחירי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גובה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במקומות עם אקלים קשה האוכלוסייה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צפופים מאוד באוכלוסייה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דלילים באוכלוסייה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ללא אוכלוסייה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הצפופים ביותר בעולם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האוכלוסייה בעולם מפוזרת באופן שווה בכל היבשות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אזורים עם תנאי טבע נוחים נוטים להיות צפופים יותר באוכלוסייה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הזדקנות אוכלוסייה פירושה שיש יותר ילדים ופחות 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הגירת חוץ היא מעבר בין מדינות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ההגירה בעולם היא הגירה מרצון חופשי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של האוכלוסייה מתארת איפה גרים בני האדם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ההפרש בין מספר הלידות למספר הפטירות נקרא גידול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יותר ואותר אנשים מבוגרים באוכלוסייה, מדברים על תהליך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מעבר של אנשים ממקום מגורים אחד למקום אחר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מעבר של אנשים בתוך אותה מדינה נקרא הגירת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סיבות שגורמות לאנשים לעזוב מקום מגורים נקראות גורמי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תפרוסת אוכלוסייה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עלייה בחלק האנשים המבוגרים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צפיפות אוכלוסין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פיזור בני האדם בשטח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הגירת 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דברים שמושכים אנשים למקום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גורמי משיכה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אנשים חיים בשטח נתון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הזדקנות אוכלוסייה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מעבר בין מדינות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שני גורמים שמשפיעים על כך שמקום מסוים יהיה צפוף באוכלוסייה?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בקצרה מה ההבדל בין הגירת פנים להגירת חוץ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אחת לגורם דחיפה שיכול לגרום לאנשים לעזוב את מקום מגוריהם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למחשבה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חייבים לעבור לגור במקום חדש. אילו שלושה גורמים ישפיעו על הבחירה שלכם לאן לעבור?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תפרוסת אוכלוסייה?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לגורם משיכה בהגירה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גידול טבעי להזדקנות אוכלוסייה?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אוכלוסייה במרחב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